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C4CC4A" w14:textId="77777777" w:rsidR="00E614A5" w:rsidRDefault="00000000">
      <w:pPr>
        <w:jc w:val="center"/>
        <w:rPr>
          <w:lang w:eastAsia="zh-CN"/>
        </w:rPr>
      </w:pPr>
      <w:r>
        <w:rPr>
          <w:b/>
          <w:color w:val="CC3366"/>
          <w:sz w:val="40"/>
          <w:lang w:eastAsia="zh-CN"/>
        </w:rPr>
        <w:t>爷爷奶奶的故事：学生阅读与写作册</w:t>
      </w:r>
    </w:p>
    <w:p w14:paraId="3FDE1BA2" w14:textId="77777777" w:rsidR="00E614A5" w:rsidRDefault="00000000">
      <w:pPr>
        <w:jc w:val="center"/>
      </w:pPr>
      <w:r>
        <w:rPr>
          <w:color w:val="53556C"/>
          <w:sz w:val="21"/>
        </w:rPr>
        <w:t>Lesson 1 Student Workbook | Name / 名字: ____________________</w:t>
      </w:r>
    </w:p>
    <w:p w14:paraId="3DAF128E" w14:textId="77777777" w:rsidR="003D4A5F" w:rsidRDefault="00000000" w:rsidP="003D4A5F">
      <w:pPr>
        <w:jc w:val="center"/>
        <w:rPr>
          <w:rFonts w:ascii="宋体" w:eastAsia="宋体" w:hAnsi="宋体" w:cs="宋体"/>
          <w:lang w:eastAsia="zh-CN"/>
        </w:rPr>
      </w:pPr>
      <w:r>
        <w:rPr>
          <w:rFonts w:ascii="宋体" w:eastAsia="宋体" w:hAnsi="宋体" w:cs="宋体" w:hint="eastAsia"/>
          <w:lang w:eastAsia="zh-CN"/>
        </w:rPr>
        <w:t>今天我可以用中文、英文、图画、身体动作和自己的故事来回应绘本。</w:t>
      </w:r>
    </w:p>
    <w:p w14:paraId="3E546F5F" w14:textId="7460B93B" w:rsidR="00E614A5" w:rsidRPr="003D4A5F" w:rsidRDefault="00000000" w:rsidP="003D4A5F">
      <w:pPr>
        <w:rPr>
          <w:b/>
          <w:bCs/>
        </w:rPr>
      </w:pPr>
      <w:r w:rsidRPr="003D4A5F">
        <w:rPr>
          <w:b/>
          <w:bCs/>
        </w:rPr>
        <w:t xml:space="preserve">1. Before </w:t>
      </w:r>
      <w:proofErr w:type="gramStart"/>
      <w:r w:rsidRPr="003D4A5F">
        <w:rPr>
          <w:b/>
          <w:bCs/>
        </w:rPr>
        <w:t>Reading</w:t>
      </w:r>
      <w:proofErr w:type="gramEnd"/>
      <w:r w:rsidRPr="003D4A5F">
        <w:rPr>
          <w:b/>
          <w:bCs/>
        </w:rPr>
        <w:t xml:space="preserve"> </w:t>
      </w:r>
      <w:proofErr w:type="spellStart"/>
      <w:r w:rsidRPr="003D4A5F">
        <w:rPr>
          <w:rFonts w:ascii="宋体" w:eastAsia="宋体" w:hAnsi="宋体" w:cs="宋体" w:hint="eastAsia"/>
          <w:b/>
          <w:bCs/>
        </w:rPr>
        <w:t>读前热身</w:t>
      </w:r>
      <w:proofErr w:type="spellEnd"/>
    </w:p>
    <w:p w14:paraId="48415B90" w14:textId="77777777" w:rsidR="00E614A5" w:rsidRDefault="00000000">
      <w:pPr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写</w:t>
      </w:r>
      <w:r>
        <w:rPr>
          <w:lang w:eastAsia="zh-CN"/>
        </w:rPr>
        <w:t>或画一个你会用来称呼长辈的词，也可以写家里不同的叫法。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E614A5" w14:paraId="73C3BB47" w14:textId="77777777">
        <w:trPr>
          <w:jc w:val="center"/>
        </w:trPr>
        <w:tc>
          <w:tcPr>
            <w:tcW w:w="3456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  <w:shd w:val="clear" w:color="auto" w:fill="F6D3E1"/>
          </w:tcPr>
          <w:p w14:paraId="0E628B2B" w14:textId="77777777" w:rsidR="00E614A5" w:rsidRDefault="00000000">
            <w:proofErr w:type="spellStart"/>
            <w:r>
              <w:t>中文称呼</w:t>
            </w:r>
            <w:proofErr w:type="spellEnd"/>
          </w:p>
        </w:tc>
        <w:tc>
          <w:tcPr>
            <w:tcW w:w="3456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  <w:shd w:val="clear" w:color="auto" w:fill="F6D3E1"/>
          </w:tcPr>
          <w:p w14:paraId="75819AA7" w14:textId="77777777" w:rsidR="00E614A5" w:rsidRDefault="00000000">
            <w:r>
              <w:t>English word</w:t>
            </w:r>
          </w:p>
        </w:tc>
        <w:tc>
          <w:tcPr>
            <w:tcW w:w="3456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  <w:shd w:val="clear" w:color="auto" w:fill="F6D3E1"/>
          </w:tcPr>
          <w:p w14:paraId="0816F50D" w14:textId="77777777" w:rsidR="00E614A5" w:rsidRDefault="00000000">
            <w:pPr>
              <w:rPr>
                <w:lang w:eastAsia="zh-CN"/>
              </w:rPr>
            </w:pPr>
            <w:r>
              <w:rPr>
                <w:lang w:eastAsia="zh-CN"/>
              </w:rPr>
              <w:t>我想到的一个人或一个画面</w:t>
            </w:r>
          </w:p>
        </w:tc>
      </w:tr>
      <w:tr w:rsidR="00E614A5" w14:paraId="1396CB3A" w14:textId="77777777">
        <w:trPr>
          <w:jc w:val="center"/>
        </w:trPr>
        <w:tc>
          <w:tcPr>
            <w:tcW w:w="3456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36F47E8A" w14:textId="77777777" w:rsidR="00E614A5" w:rsidRDefault="00000000">
            <w:pPr>
              <w:rPr>
                <w:lang w:eastAsia="zh-CN"/>
              </w:rPr>
            </w:pPr>
            <w:r>
              <w:rPr>
                <w:lang w:eastAsia="zh-CN"/>
              </w:rPr>
              <w:br/>
            </w:r>
            <w:r>
              <w:rPr>
                <w:lang w:eastAsia="zh-CN"/>
              </w:rPr>
              <w:br/>
            </w:r>
            <w:r>
              <w:rPr>
                <w:lang w:eastAsia="zh-CN"/>
              </w:rPr>
              <w:br/>
            </w:r>
          </w:p>
        </w:tc>
        <w:tc>
          <w:tcPr>
            <w:tcW w:w="3456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5CA7559D" w14:textId="77777777" w:rsidR="00E614A5" w:rsidRDefault="00000000">
            <w:pPr>
              <w:rPr>
                <w:lang w:eastAsia="zh-CN"/>
              </w:rPr>
            </w:pPr>
            <w:r>
              <w:rPr>
                <w:lang w:eastAsia="zh-CN"/>
              </w:rPr>
              <w:br/>
            </w:r>
            <w:r>
              <w:rPr>
                <w:lang w:eastAsia="zh-CN"/>
              </w:rPr>
              <w:br/>
            </w:r>
            <w:r>
              <w:rPr>
                <w:lang w:eastAsia="zh-CN"/>
              </w:rPr>
              <w:br/>
            </w:r>
          </w:p>
        </w:tc>
        <w:tc>
          <w:tcPr>
            <w:tcW w:w="3456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1A8C4DF1" w14:textId="77777777" w:rsidR="00E614A5" w:rsidRDefault="00000000">
            <w:pPr>
              <w:rPr>
                <w:lang w:eastAsia="zh-CN"/>
              </w:rPr>
            </w:pPr>
            <w:r>
              <w:rPr>
                <w:lang w:eastAsia="zh-CN"/>
              </w:rPr>
              <w:br/>
            </w:r>
            <w:r>
              <w:rPr>
                <w:lang w:eastAsia="zh-CN"/>
              </w:rPr>
              <w:br/>
            </w:r>
            <w:r>
              <w:rPr>
                <w:lang w:eastAsia="zh-CN"/>
              </w:rPr>
              <w:br/>
            </w:r>
          </w:p>
        </w:tc>
      </w:tr>
    </w:tbl>
    <w:p w14:paraId="3DB705BC" w14:textId="77777777" w:rsidR="003D4A5F" w:rsidRDefault="00000000" w:rsidP="003D4A5F">
      <w:proofErr w:type="spellStart"/>
      <w:r>
        <w:rPr>
          <w:rFonts w:ascii="宋体" w:eastAsia="宋体" w:hAnsi="宋体" w:cs="宋体" w:hint="eastAsia"/>
        </w:rPr>
        <w:t>我的第一个想法</w:t>
      </w:r>
      <w:proofErr w:type="spellEnd"/>
      <w:r>
        <w:t xml:space="preserve"> / My first connection: _______________________________________________</w:t>
      </w:r>
    </w:p>
    <w:p w14:paraId="3E76EE70" w14:textId="77777777" w:rsidR="003D4A5F" w:rsidRDefault="003D4A5F" w:rsidP="003D4A5F"/>
    <w:p w14:paraId="4CFFF59F" w14:textId="33903611" w:rsidR="00E614A5" w:rsidRPr="003D4A5F" w:rsidRDefault="00000000" w:rsidP="003D4A5F">
      <w:pPr>
        <w:rPr>
          <w:b/>
          <w:bCs/>
        </w:rPr>
      </w:pPr>
      <w:r w:rsidRPr="003D4A5F">
        <w:rPr>
          <w:b/>
          <w:bCs/>
        </w:rPr>
        <w:t xml:space="preserve">2. Read-Aloud Notes </w:t>
      </w:r>
      <w:proofErr w:type="spellStart"/>
      <w:r w:rsidRPr="003D4A5F">
        <w:rPr>
          <w:rFonts w:ascii="宋体" w:eastAsia="宋体" w:hAnsi="宋体" w:cs="宋体" w:hint="eastAsia"/>
          <w:b/>
          <w:bCs/>
        </w:rPr>
        <w:t>精读记录</w:t>
      </w:r>
      <w:proofErr w:type="spellEnd"/>
    </w:p>
    <w:p w14:paraId="127EA8FC" w14:textId="77777777" w:rsidR="00E614A5" w:rsidRDefault="00000000">
      <w:r>
        <w:rPr>
          <w:rFonts w:ascii="宋体" w:eastAsia="宋体" w:hAnsi="宋体" w:cs="宋体" w:hint="eastAsia"/>
        </w:rPr>
        <w:t>老</w:t>
      </w:r>
      <w:r>
        <w:t>师读故事时，选两格写字或画图。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E614A5" w14:paraId="5121B7C0" w14:textId="77777777">
        <w:trPr>
          <w:jc w:val="center"/>
        </w:trPr>
        <w:tc>
          <w:tcPr>
            <w:tcW w:w="3456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  <w:shd w:val="clear" w:color="auto" w:fill="D5E8F6"/>
          </w:tcPr>
          <w:p w14:paraId="20258552" w14:textId="77777777" w:rsidR="00E614A5" w:rsidRDefault="00000000">
            <w:r>
              <w:t>我看到 I notice</w:t>
            </w:r>
          </w:p>
        </w:tc>
        <w:tc>
          <w:tcPr>
            <w:tcW w:w="3456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  <w:shd w:val="clear" w:color="auto" w:fill="D5E8F6"/>
          </w:tcPr>
          <w:p w14:paraId="5A784FFD" w14:textId="77777777" w:rsidR="00E614A5" w:rsidRDefault="00000000">
            <w:r>
              <w:t>我想到 This reminds me</w:t>
            </w:r>
          </w:p>
        </w:tc>
        <w:tc>
          <w:tcPr>
            <w:tcW w:w="3456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  <w:shd w:val="clear" w:color="auto" w:fill="D5E8F6"/>
          </w:tcPr>
          <w:p w14:paraId="54A17566" w14:textId="77777777" w:rsidR="00E614A5" w:rsidRDefault="00000000">
            <w:r>
              <w:t>我想问 I wonder</w:t>
            </w:r>
          </w:p>
        </w:tc>
      </w:tr>
      <w:tr w:rsidR="00E614A5" w14:paraId="295B3071" w14:textId="77777777">
        <w:trPr>
          <w:jc w:val="center"/>
        </w:trPr>
        <w:tc>
          <w:tcPr>
            <w:tcW w:w="3456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15931798" w14:textId="77777777" w:rsidR="00E614A5" w:rsidRDefault="00000000">
            <w:r>
              <w:br/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3456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46FCE9B3" w14:textId="77777777" w:rsidR="00E614A5" w:rsidRDefault="00000000">
            <w:r>
              <w:br/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3456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6F9E5CCE" w14:textId="77777777" w:rsidR="00E614A5" w:rsidRDefault="00000000"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14:paraId="2A5E1E38" w14:textId="77777777" w:rsidR="00E614A5" w:rsidRDefault="00000000">
      <w:r>
        <w:t>故事里的一个重要词 / One important word: ______________________________</w:t>
      </w:r>
    </w:p>
    <w:p w14:paraId="77BA0289" w14:textId="77777777" w:rsidR="00E614A5" w:rsidRDefault="00000000">
      <w:r>
        <w:br w:type="page"/>
      </w:r>
    </w:p>
    <w:p w14:paraId="36004AD0" w14:textId="77777777" w:rsidR="00E614A5" w:rsidRDefault="00000000">
      <w:pPr>
        <w:jc w:val="center"/>
      </w:pPr>
      <w:r>
        <w:rPr>
          <w:b/>
          <w:color w:val="CC3366"/>
          <w:sz w:val="40"/>
        </w:rPr>
        <w:lastRenderedPageBreak/>
        <w:t>Book Detective 读书小侦探</w:t>
      </w:r>
    </w:p>
    <w:p w14:paraId="4442EFF2" w14:textId="77777777" w:rsidR="00E614A5" w:rsidRDefault="00000000">
      <w:pPr>
        <w:rPr>
          <w:lang w:eastAsia="zh-CN"/>
        </w:rPr>
      </w:pPr>
      <w:r>
        <w:rPr>
          <w:lang w:eastAsia="zh-CN"/>
        </w:rPr>
        <w:t>自己读或看第二本书。找三个证据。可以写中文、英文或两种语言。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1800"/>
        <w:gridCol w:w="3024"/>
        <w:gridCol w:w="3024"/>
        <w:gridCol w:w="3024"/>
      </w:tblGrid>
      <w:tr w:rsidR="00E614A5" w14:paraId="5DC79EC5" w14:textId="77777777">
        <w:trPr>
          <w:jc w:val="center"/>
        </w:trPr>
        <w:tc>
          <w:tcPr>
            <w:tcW w:w="1800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  <w:shd w:val="clear" w:color="auto" w:fill="D8F2E3"/>
          </w:tcPr>
          <w:p w14:paraId="56FBDD58" w14:textId="77777777" w:rsidR="00E614A5" w:rsidRDefault="00000000">
            <w:proofErr w:type="spellStart"/>
            <w:r>
              <w:t>证据</w:t>
            </w:r>
            <w:proofErr w:type="spellEnd"/>
          </w:p>
        </w:tc>
        <w:tc>
          <w:tcPr>
            <w:tcW w:w="3024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  <w:shd w:val="clear" w:color="auto" w:fill="D8F2E3"/>
          </w:tcPr>
          <w:p w14:paraId="17676F49" w14:textId="77777777" w:rsidR="00E614A5" w:rsidRDefault="00000000">
            <w:r>
              <w:t>人物关系</w:t>
            </w:r>
          </w:p>
        </w:tc>
        <w:tc>
          <w:tcPr>
            <w:tcW w:w="3024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  <w:shd w:val="clear" w:color="auto" w:fill="D8F2E3"/>
          </w:tcPr>
          <w:p w14:paraId="7624EFB9" w14:textId="77777777" w:rsidR="00E614A5" w:rsidRDefault="00000000">
            <w:r>
              <w:t>地点/物件</w:t>
            </w:r>
          </w:p>
        </w:tc>
        <w:tc>
          <w:tcPr>
            <w:tcW w:w="3024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  <w:shd w:val="clear" w:color="auto" w:fill="D8F2E3"/>
          </w:tcPr>
          <w:p w14:paraId="020D92DB" w14:textId="77777777" w:rsidR="00E614A5" w:rsidRDefault="00000000">
            <w:r>
              <w:t>语言/声音/动作</w:t>
            </w:r>
          </w:p>
        </w:tc>
      </w:tr>
      <w:tr w:rsidR="00E614A5" w14:paraId="15AB0CF1" w14:textId="77777777">
        <w:trPr>
          <w:jc w:val="center"/>
        </w:trPr>
        <w:tc>
          <w:tcPr>
            <w:tcW w:w="1800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4E22C2C9" w14:textId="77777777" w:rsidR="00E614A5" w:rsidRDefault="00000000">
            <w:r>
              <w:t>#1</w:t>
            </w:r>
          </w:p>
        </w:tc>
        <w:tc>
          <w:tcPr>
            <w:tcW w:w="3024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269773FC" w14:textId="77777777" w:rsidR="00E614A5" w:rsidRDefault="00000000">
            <w:r>
              <w:br/>
            </w:r>
            <w:r>
              <w:br/>
            </w:r>
          </w:p>
        </w:tc>
        <w:tc>
          <w:tcPr>
            <w:tcW w:w="3024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1B4951A8" w14:textId="77777777" w:rsidR="00E614A5" w:rsidRDefault="00000000">
            <w:r>
              <w:br/>
            </w:r>
            <w:r>
              <w:br/>
            </w:r>
          </w:p>
        </w:tc>
        <w:tc>
          <w:tcPr>
            <w:tcW w:w="3024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66CE5BF7" w14:textId="77777777" w:rsidR="00E614A5" w:rsidRDefault="00000000">
            <w:r>
              <w:br/>
            </w:r>
            <w:r>
              <w:br/>
            </w:r>
          </w:p>
        </w:tc>
      </w:tr>
      <w:tr w:rsidR="00E614A5" w14:paraId="7C2117BF" w14:textId="77777777">
        <w:trPr>
          <w:jc w:val="center"/>
        </w:trPr>
        <w:tc>
          <w:tcPr>
            <w:tcW w:w="1800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5E1C36D7" w14:textId="77777777" w:rsidR="00E614A5" w:rsidRDefault="00000000">
            <w:r>
              <w:t>#2</w:t>
            </w:r>
          </w:p>
        </w:tc>
        <w:tc>
          <w:tcPr>
            <w:tcW w:w="3024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7B70C645" w14:textId="77777777" w:rsidR="00E614A5" w:rsidRDefault="00000000">
            <w:r>
              <w:br/>
            </w:r>
            <w:r>
              <w:br/>
            </w:r>
          </w:p>
        </w:tc>
        <w:tc>
          <w:tcPr>
            <w:tcW w:w="3024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3073420C" w14:textId="77777777" w:rsidR="00E614A5" w:rsidRDefault="00000000">
            <w:r>
              <w:br/>
            </w:r>
            <w:r>
              <w:br/>
            </w:r>
          </w:p>
        </w:tc>
        <w:tc>
          <w:tcPr>
            <w:tcW w:w="3024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50B99F4C" w14:textId="77777777" w:rsidR="00E614A5" w:rsidRDefault="00000000">
            <w:r>
              <w:br/>
            </w:r>
            <w:r>
              <w:br/>
            </w:r>
          </w:p>
        </w:tc>
      </w:tr>
      <w:tr w:rsidR="00E614A5" w14:paraId="7CEF6B92" w14:textId="77777777">
        <w:trPr>
          <w:jc w:val="center"/>
        </w:trPr>
        <w:tc>
          <w:tcPr>
            <w:tcW w:w="1800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1C99053B" w14:textId="77777777" w:rsidR="00E614A5" w:rsidRDefault="00000000">
            <w:r>
              <w:t>#3</w:t>
            </w:r>
          </w:p>
        </w:tc>
        <w:tc>
          <w:tcPr>
            <w:tcW w:w="3024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356A723D" w14:textId="77777777" w:rsidR="00E614A5" w:rsidRDefault="00000000">
            <w:r>
              <w:br/>
            </w:r>
            <w:r>
              <w:br/>
            </w:r>
          </w:p>
        </w:tc>
        <w:tc>
          <w:tcPr>
            <w:tcW w:w="3024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4FAD64C7" w14:textId="77777777" w:rsidR="00E614A5" w:rsidRDefault="00000000">
            <w:r>
              <w:br/>
            </w:r>
            <w:r>
              <w:br/>
            </w:r>
          </w:p>
        </w:tc>
        <w:tc>
          <w:tcPr>
            <w:tcW w:w="3024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49FFFF3C" w14:textId="77777777" w:rsidR="00E614A5" w:rsidRDefault="00000000">
            <w:r>
              <w:br/>
            </w:r>
            <w:r>
              <w:br/>
            </w:r>
          </w:p>
        </w:tc>
      </w:tr>
    </w:tbl>
    <w:p w14:paraId="07FECAE3" w14:textId="77777777" w:rsidR="00E614A5" w:rsidRDefault="00000000">
      <w:r>
        <w:t>我想分享的一页 / One page I want to share: ____________________________________________</w:t>
      </w:r>
    </w:p>
    <w:p w14:paraId="5315355B" w14:textId="77777777" w:rsidR="003D4A5F" w:rsidRDefault="00000000" w:rsidP="003D4A5F">
      <w:proofErr w:type="spellStart"/>
      <w:r>
        <w:rPr>
          <w:rFonts w:ascii="宋体" w:eastAsia="宋体" w:hAnsi="宋体" w:cs="宋体" w:hint="eastAsia"/>
        </w:rPr>
        <w:t>因为</w:t>
      </w:r>
      <w:proofErr w:type="spellEnd"/>
      <w:r>
        <w:t xml:space="preserve"> / because: _____________________________________________________________</w:t>
      </w:r>
    </w:p>
    <w:p w14:paraId="5270C18B" w14:textId="77777777" w:rsidR="003D4A5F" w:rsidRDefault="003D4A5F" w:rsidP="003D4A5F"/>
    <w:p w14:paraId="001ADFE7" w14:textId="6FACC790" w:rsidR="00E614A5" w:rsidRPr="003D4A5F" w:rsidRDefault="00000000" w:rsidP="003D4A5F">
      <w:pPr>
        <w:rPr>
          <w:b/>
          <w:bCs/>
        </w:rPr>
      </w:pPr>
      <w:r w:rsidRPr="003D4A5F">
        <w:rPr>
          <w:b/>
          <w:bCs/>
        </w:rPr>
        <w:t xml:space="preserve">3. </w:t>
      </w:r>
      <w:r w:rsidRPr="003D4A5F">
        <w:rPr>
          <w:rFonts w:ascii="宋体" w:eastAsia="宋体" w:hAnsi="宋体" w:cs="宋体" w:hint="eastAsia"/>
          <w:b/>
          <w:bCs/>
        </w:rPr>
        <w:t>我的家庭与身份地图</w:t>
      </w:r>
      <w:r w:rsidRPr="003D4A5F">
        <w:rPr>
          <w:b/>
          <w:bCs/>
        </w:rPr>
        <w:t xml:space="preserve"> Identity Map</w:t>
      </w:r>
    </w:p>
    <w:p w14:paraId="220C537F" w14:textId="77777777" w:rsidR="00E614A5" w:rsidRDefault="00000000">
      <w:pPr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把</w:t>
      </w:r>
      <w:r>
        <w:rPr>
          <w:lang w:eastAsia="zh-CN"/>
        </w:rPr>
        <w:t>“我”画在中间。外面画或写六个连接：家人、语言、食物、地点、节日、和长辈的记忆。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="00E614A5" w14:paraId="7EBF2ABB" w14:textId="77777777">
        <w:trPr>
          <w:jc w:val="center"/>
        </w:trPr>
        <w:tc>
          <w:tcPr>
            <w:tcW w:w="3312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4DEBF9EB" w14:textId="77777777" w:rsidR="00E614A5" w:rsidRDefault="00000000">
            <w:proofErr w:type="spellStart"/>
            <w:r>
              <w:t>家人</w:t>
            </w:r>
            <w:proofErr w:type="spellEnd"/>
            <w:r>
              <w:t xml:space="preserve"> family</w:t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3312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70DF78DF" w14:textId="77777777" w:rsidR="00E614A5" w:rsidRDefault="00000000">
            <w:r>
              <w:t>语言 languages</w:t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3312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482CEE4F" w14:textId="77777777" w:rsidR="00E614A5" w:rsidRDefault="00000000">
            <w:r>
              <w:t>食物 food</w:t>
            </w:r>
            <w:r>
              <w:br/>
            </w:r>
            <w:r>
              <w:br/>
            </w:r>
            <w:r>
              <w:br/>
            </w:r>
          </w:p>
        </w:tc>
      </w:tr>
      <w:tr w:rsidR="00E614A5" w14:paraId="7C536806" w14:textId="77777777">
        <w:trPr>
          <w:jc w:val="center"/>
        </w:trPr>
        <w:tc>
          <w:tcPr>
            <w:tcW w:w="3312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06D74691" w14:textId="77777777" w:rsidR="00E614A5" w:rsidRDefault="00000000">
            <w:r>
              <w:t>地点 places</w:t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3312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  <w:shd w:val="clear" w:color="auto" w:fill="FCE1D0"/>
          </w:tcPr>
          <w:p w14:paraId="0BBADB1B" w14:textId="77777777" w:rsidR="00E614A5" w:rsidRDefault="00000000">
            <w:r>
              <w:t>我 ME</w:t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3312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1A7457A7" w14:textId="77777777" w:rsidR="00E614A5" w:rsidRDefault="00000000">
            <w:r>
              <w:t>节日 holidays</w:t>
            </w:r>
            <w:r>
              <w:br/>
            </w:r>
            <w:r>
              <w:br/>
            </w:r>
            <w:r>
              <w:br/>
            </w:r>
          </w:p>
        </w:tc>
      </w:tr>
      <w:tr w:rsidR="00E614A5" w14:paraId="5D12B5E4" w14:textId="77777777">
        <w:trPr>
          <w:jc w:val="center"/>
        </w:trPr>
        <w:tc>
          <w:tcPr>
            <w:tcW w:w="3312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26CA9D86" w14:textId="77777777" w:rsidR="00E614A5" w:rsidRDefault="00000000">
            <w:r>
              <w:t>故事 stories</w:t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3312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4609F45F" w14:textId="77777777" w:rsidR="00E614A5" w:rsidRDefault="00000000">
            <w:r>
              <w:t>长辈记忆 memory</w:t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3312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06F0C06C" w14:textId="77777777" w:rsidR="00E614A5" w:rsidRDefault="00000000">
            <w:r>
              <w:t>我想让别人知道 I wish people knew</w:t>
            </w:r>
            <w:r>
              <w:br/>
            </w:r>
            <w:r>
              <w:br/>
            </w:r>
            <w:r>
              <w:br/>
            </w:r>
          </w:p>
        </w:tc>
      </w:tr>
    </w:tbl>
    <w:p w14:paraId="31D8D0AF" w14:textId="77777777" w:rsidR="00E614A5" w:rsidRDefault="00000000">
      <w:r>
        <w:br w:type="page"/>
      </w:r>
    </w:p>
    <w:p w14:paraId="65CA8FC8" w14:textId="77777777" w:rsidR="00E614A5" w:rsidRDefault="00000000">
      <w:pPr>
        <w:jc w:val="center"/>
      </w:pPr>
      <w:r>
        <w:rPr>
          <w:b/>
          <w:color w:val="CC3366"/>
          <w:sz w:val="40"/>
        </w:rPr>
        <w:lastRenderedPageBreak/>
        <w:t>两地之间的桥 A Bridge Across Places</w:t>
      </w:r>
    </w:p>
    <w:p w14:paraId="26FACD11" w14:textId="77777777" w:rsidR="00E614A5" w:rsidRDefault="00000000">
      <w:pPr>
        <w:rPr>
          <w:lang w:eastAsia="zh-CN"/>
        </w:rPr>
      </w:pPr>
      <w:r>
        <w:rPr>
          <w:lang w:eastAsia="zh-CN"/>
        </w:rPr>
        <w:t>画一座桥。桥的两边可以是家/学校、中国/美国、中文/英文、爷爷奶奶/朋友。桥上放连接它们的东西。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3240"/>
        <w:gridCol w:w="3744"/>
        <w:gridCol w:w="3240"/>
      </w:tblGrid>
      <w:tr w:rsidR="00E614A5" w14:paraId="4D5A9CB9" w14:textId="77777777">
        <w:trPr>
          <w:jc w:val="center"/>
        </w:trPr>
        <w:tc>
          <w:tcPr>
            <w:tcW w:w="3240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7E99BDBE" w14:textId="77777777" w:rsidR="00E614A5" w:rsidRDefault="00000000">
            <w:proofErr w:type="spellStart"/>
            <w:r>
              <w:t>一边</w:t>
            </w:r>
            <w:proofErr w:type="spellEnd"/>
            <w:r>
              <w:t xml:space="preserve"> One side</w:t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3744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6B11278B" w14:textId="77777777" w:rsidR="00E614A5" w:rsidRDefault="00000000">
            <w:r>
              <w:t>桥 Bridge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3240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0C26F390" w14:textId="77777777" w:rsidR="00E614A5" w:rsidRDefault="00000000">
            <w:r>
              <w:t>另一边 Other side</w:t>
            </w:r>
            <w:r>
              <w:br/>
            </w:r>
            <w:r>
              <w:br/>
            </w:r>
            <w:r>
              <w:br/>
            </w:r>
          </w:p>
        </w:tc>
      </w:tr>
    </w:tbl>
    <w:p w14:paraId="283B5500" w14:textId="77777777" w:rsidR="00E614A5" w:rsidRDefault="00000000">
      <w:r>
        <w:t>桥上有什么？What is on the bridge? ______________________________________________</w:t>
      </w:r>
    </w:p>
    <w:p w14:paraId="0738BB24" w14:textId="77777777" w:rsidR="00E614A5" w:rsidRDefault="00000000">
      <w:r>
        <w:t>什么时候很容易？When is it easy? ________________________________________________</w:t>
      </w:r>
    </w:p>
    <w:p w14:paraId="26701B43" w14:textId="77777777" w:rsidR="00E614A5" w:rsidRDefault="00000000">
      <w:r>
        <w:t>什么时候不容易？When is it hard? ________________________________________________</w:t>
      </w:r>
    </w:p>
    <w:p w14:paraId="51D5D1F6" w14:textId="77777777" w:rsidR="003D4A5F" w:rsidRDefault="00000000" w:rsidP="003D4A5F">
      <w:r>
        <w:rPr>
          <w:rFonts w:ascii="宋体" w:eastAsia="宋体" w:hAnsi="宋体" w:cs="宋体" w:hint="eastAsia"/>
        </w:rPr>
        <w:t>谁可以帮忙？</w:t>
      </w:r>
      <w:r>
        <w:t>Who helps? ______________________________________________________</w:t>
      </w:r>
    </w:p>
    <w:p w14:paraId="6A92FEDE" w14:textId="77777777" w:rsidR="003D4A5F" w:rsidRDefault="003D4A5F" w:rsidP="003D4A5F"/>
    <w:p w14:paraId="6CA71A9C" w14:textId="12E4B225" w:rsidR="00E614A5" w:rsidRPr="003D4A5F" w:rsidRDefault="00000000" w:rsidP="003D4A5F">
      <w:pPr>
        <w:rPr>
          <w:b/>
          <w:bCs/>
        </w:rPr>
      </w:pPr>
      <w:r w:rsidRPr="003D4A5F">
        <w:rPr>
          <w:b/>
          <w:bCs/>
        </w:rPr>
        <w:t xml:space="preserve">4. </w:t>
      </w:r>
      <w:proofErr w:type="spellStart"/>
      <w:r w:rsidRPr="003D4A5F">
        <w:rPr>
          <w:rFonts w:ascii="宋体" w:eastAsia="宋体" w:hAnsi="宋体" w:cs="宋体" w:hint="eastAsia"/>
          <w:b/>
          <w:bCs/>
        </w:rPr>
        <w:t>我的迷你故事</w:t>
      </w:r>
      <w:proofErr w:type="spellEnd"/>
      <w:r w:rsidRPr="003D4A5F">
        <w:rPr>
          <w:b/>
          <w:bCs/>
        </w:rPr>
        <w:t xml:space="preserve"> My Mini Story</w:t>
      </w:r>
    </w:p>
    <w:p w14:paraId="61B4B6B3" w14:textId="77777777" w:rsidR="00E614A5" w:rsidRDefault="00000000">
      <w:pPr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用</w:t>
      </w:r>
      <w:r>
        <w:rPr>
          <w:lang w:eastAsia="zh-CN"/>
        </w:rPr>
        <w:t>四格图讲一个和爷爷奶奶/外公外婆有关的故事。先画，再写关键词或句子。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E614A5" w14:paraId="014E40EE" w14:textId="77777777">
        <w:trPr>
          <w:jc w:val="center"/>
        </w:trPr>
        <w:tc>
          <w:tcPr>
            <w:tcW w:w="2592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  <w:shd w:val="clear" w:color="auto" w:fill="F8E3AA"/>
          </w:tcPr>
          <w:p w14:paraId="6CD1DDBF" w14:textId="77777777" w:rsidR="00E614A5" w:rsidRDefault="00000000">
            <w:r>
              <w:t xml:space="preserve">First </w:t>
            </w:r>
            <w:proofErr w:type="spellStart"/>
            <w:r>
              <w:t>首先</w:t>
            </w:r>
            <w:proofErr w:type="spellEnd"/>
          </w:p>
        </w:tc>
        <w:tc>
          <w:tcPr>
            <w:tcW w:w="2592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  <w:shd w:val="clear" w:color="auto" w:fill="F8E3AA"/>
          </w:tcPr>
          <w:p w14:paraId="4A34D7BB" w14:textId="77777777" w:rsidR="00E614A5" w:rsidRDefault="00000000">
            <w:r>
              <w:t>Next 然后</w:t>
            </w:r>
          </w:p>
        </w:tc>
        <w:tc>
          <w:tcPr>
            <w:tcW w:w="2592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  <w:shd w:val="clear" w:color="auto" w:fill="F8E3AA"/>
          </w:tcPr>
          <w:p w14:paraId="6844F7A0" w14:textId="77777777" w:rsidR="00E614A5" w:rsidRDefault="00000000">
            <w:r>
              <w:t>Then 接着</w:t>
            </w:r>
          </w:p>
        </w:tc>
        <w:tc>
          <w:tcPr>
            <w:tcW w:w="2592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  <w:shd w:val="clear" w:color="auto" w:fill="F8E3AA"/>
          </w:tcPr>
          <w:p w14:paraId="38DC9509" w14:textId="77777777" w:rsidR="00E614A5" w:rsidRDefault="00000000">
            <w:r>
              <w:t>Last 最后</w:t>
            </w:r>
          </w:p>
        </w:tc>
      </w:tr>
      <w:tr w:rsidR="00E614A5" w14:paraId="18A36908" w14:textId="77777777">
        <w:trPr>
          <w:jc w:val="center"/>
        </w:trPr>
        <w:tc>
          <w:tcPr>
            <w:tcW w:w="2592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321DA8F4" w14:textId="77777777" w:rsidR="00E614A5" w:rsidRDefault="00000000">
            <w:r>
              <w:br/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2592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36E75EDA" w14:textId="77777777" w:rsidR="00E614A5" w:rsidRDefault="00000000">
            <w:r>
              <w:br/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2592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652E97BD" w14:textId="77777777" w:rsidR="00E614A5" w:rsidRDefault="00000000">
            <w:r>
              <w:br/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2592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47801B48" w14:textId="77777777" w:rsidR="00E614A5" w:rsidRDefault="00000000"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14:paraId="750C2B99" w14:textId="77777777" w:rsidR="003D4A5F" w:rsidRDefault="00000000" w:rsidP="003D4A5F">
      <w:r>
        <w:rPr>
          <w:rFonts w:ascii="宋体" w:eastAsia="宋体" w:hAnsi="宋体" w:cs="宋体" w:hint="eastAsia"/>
        </w:rPr>
        <w:t>我的一句话</w:t>
      </w:r>
      <w:r>
        <w:t xml:space="preserve"> / My sentence: _____________________________________________________</w:t>
      </w:r>
    </w:p>
    <w:p w14:paraId="422EBE27" w14:textId="77777777" w:rsidR="003D4A5F" w:rsidRDefault="003D4A5F" w:rsidP="003D4A5F"/>
    <w:p w14:paraId="56BC16A1" w14:textId="6EF182AB" w:rsidR="00E614A5" w:rsidRPr="003D4A5F" w:rsidRDefault="00000000" w:rsidP="003D4A5F">
      <w:pPr>
        <w:rPr>
          <w:b/>
          <w:bCs/>
        </w:rPr>
      </w:pPr>
      <w:r w:rsidRPr="003D4A5F">
        <w:rPr>
          <w:b/>
          <w:bCs/>
        </w:rPr>
        <w:t xml:space="preserve">5. Exit Ticket </w:t>
      </w:r>
      <w:proofErr w:type="spellStart"/>
      <w:r w:rsidRPr="003D4A5F">
        <w:rPr>
          <w:rFonts w:ascii="宋体" w:eastAsia="宋体" w:hAnsi="宋体" w:cs="宋体" w:hint="eastAsia"/>
          <w:b/>
          <w:bCs/>
        </w:rPr>
        <w:t>下课小纸条</w:t>
      </w:r>
      <w:proofErr w:type="spellEnd"/>
    </w:p>
    <w:p w14:paraId="08BD079E" w14:textId="77777777" w:rsidR="00E614A5" w:rsidRDefault="00000000">
      <w:r>
        <w:rPr>
          <w:rFonts w:ascii="宋体" w:eastAsia="宋体" w:hAnsi="宋体" w:cs="宋体" w:hint="eastAsia"/>
        </w:rPr>
        <w:t>今</w:t>
      </w:r>
      <w:r>
        <w:t>天我学到的一个词: ____________________</w:t>
      </w:r>
    </w:p>
    <w:p w14:paraId="56D9E5CE" w14:textId="77777777" w:rsidR="00E614A5" w:rsidRDefault="00000000">
      <w:r>
        <w:t>我为 ____________________ 感到骄傲，因为 __________________________________</w:t>
      </w:r>
    </w:p>
    <w:p w14:paraId="0051EC87" w14:textId="77777777" w:rsidR="00E614A5" w:rsidRDefault="00000000">
      <w:r>
        <w:t>我还想问: ________________________________________________________________</w:t>
      </w:r>
    </w:p>
    <w:sectPr w:rsidR="00E614A5" w:rsidSect="00034616">
      <w:headerReference w:type="default" r:id="rId8"/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0D41A42" w14:textId="77777777" w:rsidR="009D3DB2" w:rsidRDefault="009D3DB2" w:rsidP="003D4A5F">
      <w:pPr>
        <w:spacing w:after="0" w:line="240" w:lineRule="auto"/>
      </w:pPr>
      <w:r>
        <w:separator/>
      </w:r>
    </w:p>
  </w:endnote>
  <w:endnote w:type="continuationSeparator" w:id="0">
    <w:p w14:paraId="5A47C7C8" w14:textId="77777777" w:rsidR="009D3DB2" w:rsidRDefault="009D3DB2" w:rsidP="003D4A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CJK SC">
    <w:altName w:val="Cambria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20409D" w14:textId="77777777" w:rsidR="009D3DB2" w:rsidRDefault="009D3DB2" w:rsidP="003D4A5F">
      <w:pPr>
        <w:spacing w:after="0" w:line="240" w:lineRule="auto"/>
      </w:pPr>
      <w:r>
        <w:separator/>
      </w:r>
    </w:p>
  </w:footnote>
  <w:footnote w:type="continuationSeparator" w:id="0">
    <w:p w14:paraId="1420DB1B" w14:textId="77777777" w:rsidR="009D3DB2" w:rsidRDefault="009D3DB2" w:rsidP="003D4A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51032D" w14:textId="687C0E58" w:rsidR="003D4A5F" w:rsidRDefault="003D4A5F">
    <w:pPr>
      <w:pStyle w:val="a5"/>
    </w:pPr>
    <w:r>
      <w:t xml:space="preserve">Wenyu Guo, </w:t>
    </w:r>
    <w:hyperlink r:id="rId1" w:history="1">
      <w:r w:rsidRPr="005250DB">
        <w:rPr>
          <w:rStyle w:val="aff9"/>
        </w:rPr>
        <w:t>guow@usf.edu</w:t>
      </w:r>
    </w:hyperlink>
    <w:r>
      <w:t xml:space="preserve">, </w:t>
    </w:r>
    <w:hyperlink r:id="rId2" w:history="1">
      <w:r w:rsidRPr="005250DB">
        <w:rPr>
          <w:rStyle w:val="aff9"/>
        </w:rPr>
        <w:t>freshy0125@gmail.com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21526489">
    <w:abstractNumId w:val="8"/>
  </w:num>
  <w:num w:numId="2" w16cid:durableId="330380254">
    <w:abstractNumId w:val="6"/>
  </w:num>
  <w:num w:numId="3" w16cid:durableId="2134858183">
    <w:abstractNumId w:val="5"/>
  </w:num>
  <w:num w:numId="4" w16cid:durableId="1350062108">
    <w:abstractNumId w:val="4"/>
  </w:num>
  <w:num w:numId="5" w16cid:durableId="88550130">
    <w:abstractNumId w:val="7"/>
  </w:num>
  <w:num w:numId="6" w16cid:durableId="526871219">
    <w:abstractNumId w:val="3"/>
  </w:num>
  <w:num w:numId="7" w16cid:durableId="195508015">
    <w:abstractNumId w:val="2"/>
  </w:num>
  <w:num w:numId="8" w16cid:durableId="1825924747">
    <w:abstractNumId w:val="1"/>
  </w:num>
  <w:num w:numId="9" w16cid:durableId="110704416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A4C5E"/>
    <w:rsid w:val="003D4A5F"/>
    <w:rsid w:val="009D3DB2"/>
    <w:rsid w:val="00AA1D8D"/>
    <w:rsid w:val="00B47730"/>
    <w:rsid w:val="00CB0664"/>
    <w:rsid w:val="00E614A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E116F1"/>
  <w14:defaultImageDpi w14:val="300"/>
  <w15:docId w15:val="{079A70EE-D85F-A547-A5A0-6162946B8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Noto Sans CJK SC" w:eastAsia="Noto Sans CJK SC" w:hAnsi="Noto Sans CJK SC"/>
      <w:color w:val="23324D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7140A2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140A2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7140A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7140A2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9">
    <w:name w:val="Hyperlink"/>
    <w:basedOn w:val="a2"/>
    <w:uiPriority w:val="99"/>
    <w:unhideWhenUsed/>
    <w:rsid w:val="003D4A5F"/>
    <w:rPr>
      <w:color w:val="0000FF" w:themeColor="hyperlink"/>
      <w:u w:val="single"/>
    </w:rPr>
  </w:style>
  <w:style w:type="character" w:styleId="affa">
    <w:name w:val="Unresolved Mention"/>
    <w:basedOn w:val="a2"/>
    <w:uiPriority w:val="99"/>
    <w:semiHidden/>
    <w:unhideWhenUsed/>
    <w:rsid w:val="003D4A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freshy0125@gmail.com" TargetMode="External"/><Relationship Id="rId1" Type="http://schemas.openxmlformats.org/officeDocument/2006/relationships/hyperlink" Target="mailto:guow@usf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Guo, Wenyu</cp:lastModifiedBy>
  <cp:revision>2</cp:revision>
  <dcterms:created xsi:type="dcterms:W3CDTF">2013-12-23T23:15:00Z</dcterms:created>
  <dcterms:modified xsi:type="dcterms:W3CDTF">2026-09-27T14:59:00Z</dcterms:modified>
  <cp:category/>
</cp:coreProperties>
</file>